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ADF7E" w14:textId="66A35BBD" w:rsidR="00572932" w:rsidRDefault="00000000">
      <w:pPr>
        <w:pStyle w:val="Ttulo1"/>
      </w:pPr>
      <w:r>
        <w:t xml:space="preserve">Guía de </w:t>
      </w:r>
      <w:proofErr w:type="spellStart"/>
      <w:r>
        <w:t>Matemáticas</w:t>
      </w:r>
      <w:proofErr w:type="spellEnd"/>
      <w:r>
        <w:t xml:space="preserve"> PAES</w:t>
      </w:r>
    </w:p>
    <w:p w14:paraId="51BCCB80" w14:textId="2D5106F5" w:rsidR="00572932" w:rsidRDefault="00000000">
      <w:r>
        <w:t>Curso: 3° y 4° Medio</w:t>
      </w:r>
      <w:r>
        <w:br/>
      </w:r>
      <w:proofErr w:type="spellStart"/>
      <w:r>
        <w:t>Instrucciones</w:t>
      </w:r>
      <w:proofErr w:type="spellEnd"/>
      <w:r>
        <w:t xml:space="preserve">: </w:t>
      </w:r>
      <w:proofErr w:type="spellStart"/>
      <w:r>
        <w:t>Resuelv</w:t>
      </w:r>
      <w:r w:rsidR="007C0338">
        <w:t>a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siguientes</w:t>
      </w:r>
      <w:proofErr w:type="spellEnd"/>
      <w:r>
        <w:t xml:space="preserve"> </w:t>
      </w:r>
      <w:proofErr w:type="spellStart"/>
      <w:r>
        <w:t>ejercicios</w:t>
      </w:r>
      <w:proofErr w:type="spellEnd"/>
      <w:r>
        <w:t xml:space="preserve"> </w:t>
      </w:r>
      <w:proofErr w:type="spellStart"/>
      <w:r>
        <w:t>mostrando</w:t>
      </w:r>
      <w:proofErr w:type="spellEnd"/>
      <w:r>
        <w:t xml:space="preserve"> </w:t>
      </w:r>
      <w:proofErr w:type="spellStart"/>
      <w:r w:rsidR="007C0338">
        <w:t>el</w:t>
      </w:r>
      <w:proofErr w:type="spellEnd"/>
      <w:r>
        <w:t xml:space="preserve"> </w:t>
      </w:r>
      <w:proofErr w:type="spellStart"/>
      <w:r>
        <w:t>procedimiento</w:t>
      </w:r>
      <w:proofErr w:type="spellEnd"/>
      <w:r>
        <w:t>.</w:t>
      </w:r>
      <w:r>
        <w:br/>
      </w:r>
    </w:p>
    <w:p w14:paraId="52D7C889" w14:textId="77777777" w:rsidR="00572932" w:rsidRDefault="00000000">
      <w:r>
        <w:t>1. x² − 11x + 24 = 0</w:t>
      </w:r>
    </w:p>
    <w:p w14:paraId="3B352435" w14:textId="77777777" w:rsidR="00572932" w:rsidRDefault="00000000">
      <w:r>
        <w:t>2. 2x² − 7x + 3 = 0</w:t>
      </w:r>
    </w:p>
    <w:p w14:paraId="00BAE970" w14:textId="77777777" w:rsidR="00572932" w:rsidRDefault="00000000">
      <w:r>
        <w:t>3. 5x² − 20x = 0</w:t>
      </w:r>
    </w:p>
    <w:p w14:paraId="1D9A1B8C" w14:textId="77777777" w:rsidR="00572932" w:rsidRDefault="00000000">
      <w:r>
        <w:t>4. x² + 6x + 5 = 0</w:t>
      </w:r>
    </w:p>
    <w:p w14:paraId="3C1F83A1" w14:textId="77777777" w:rsidR="00572932" w:rsidRDefault="00000000">
      <w:r>
        <w:t>5. 3x² − 12x + 9 = 0</w:t>
      </w:r>
    </w:p>
    <w:p w14:paraId="20099E8E" w14:textId="77777777" w:rsidR="00572932" w:rsidRDefault="00000000">
      <w:r>
        <w:t>6. x² − 16 = 0</w:t>
      </w:r>
    </w:p>
    <w:p w14:paraId="2C146E53" w14:textId="77777777" w:rsidR="00572932" w:rsidRDefault="00000000">
      <w:r>
        <w:t>7. x² + 2x − 15 = 0</w:t>
      </w:r>
    </w:p>
    <w:p w14:paraId="26D93D98" w14:textId="77777777" w:rsidR="00572932" w:rsidRDefault="00000000">
      <w:r>
        <w:t>8. 4x² − 9 = 0</w:t>
      </w:r>
    </w:p>
    <w:p w14:paraId="771CC915" w14:textId="77777777" w:rsidR="00572932" w:rsidRDefault="00000000">
      <w:r>
        <w:t>9. x² − 10x + 21 = 0</w:t>
      </w:r>
    </w:p>
    <w:p w14:paraId="265B14CE" w14:textId="77777777" w:rsidR="00572932" w:rsidRDefault="00000000">
      <w:r>
        <w:t>10. 2x² + 3x − 5 = 0</w:t>
      </w:r>
    </w:p>
    <w:p w14:paraId="0F39E527" w14:textId="77777777" w:rsidR="00572932" w:rsidRDefault="00000000">
      <w:r>
        <w:t>11. La suma de dos números es 30 y su producto es 200.</w:t>
      </w:r>
    </w:p>
    <w:p w14:paraId="3B18B321" w14:textId="77777777" w:rsidR="00572932" w:rsidRDefault="00000000">
      <w:r>
        <w:t>12. La diferencia de dos números es 5 y su producto es 84.</w:t>
      </w:r>
    </w:p>
    <w:p w14:paraId="3D9CC80A" w14:textId="77777777" w:rsidR="00572932" w:rsidRDefault="00000000">
      <w:r>
        <w:t>13. El área de un rectángulo es 96 y el largo mide 4 más que el ancho.</w:t>
      </w:r>
    </w:p>
    <w:p w14:paraId="42B2F350" w14:textId="77777777" w:rsidR="00572932" w:rsidRDefault="00000000">
      <w:r>
        <w:t>14. La suma de los cuadrados de dos números consecutivos es 145.</w:t>
      </w:r>
    </w:p>
    <w:p w14:paraId="662D0912" w14:textId="77777777" w:rsidR="00572932" w:rsidRDefault="00000000">
      <w:r>
        <w:t>15. Un número más su inverso es 5/2.</w:t>
      </w:r>
    </w:p>
    <w:p w14:paraId="68C1DC8A" w14:textId="77777777" w:rsidR="00572932" w:rsidRDefault="00000000">
      <w:r>
        <w:t>16. Un triángulo tiene base x y altura x + 3 con área 54.</w:t>
      </w:r>
    </w:p>
    <w:p w14:paraId="703694A3" w14:textId="77777777" w:rsidR="00572932" w:rsidRDefault="00000000">
      <w:r>
        <w:t>17. La suma de tres números consecutivos es 72.</w:t>
      </w:r>
    </w:p>
    <w:p w14:paraId="78F130BD" w14:textId="77777777" w:rsidR="00572932" w:rsidRDefault="00000000">
      <w:r>
        <w:t>18. El producto de dos números pares consecutivos es 224.</w:t>
      </w:r>
    </w:p>
    <w:p w14:paraId="57E7C8DB" w14:textId="77777777" w:rsidR="00572932" w:rsidRDefault="00000000">
      <w:r>
        <w:t>19. h(t) = −5t² + 30t + 10. ¿Cuándo toca el suelo?</w:t>
      </w:r>
    </w:p>
    <w:p w14:paraId="72115FAF" w14:textId="77777777" w:rsidR="00572932" w:rsidRDefault="00000000">
      <w:r>
        <w:t>20. La suma de dos cuadrados es 100 y los números difieren en 2.</w:t>
      </w:r>
    </w:p>
    <w:p w14:paraId="1F90AC85" w14:textId="77777777" w:rsidR="00572932" w:rsidRDefault="00000000">
      <w:r>
        <w:t>21. x² − 13x + 36 = 0</w:t>
      </w:r>
    </w:p>
    <w:p w14:paraId="0C372C2F" w14:textId="77777777" w:rsidR="00572932" w:rsidRDefault="00000000">
      <w:r>
        <w:t>22. 2x² − 8x − 24 = 0</w:t>
      </w:r>
    </w:p>
    <w:p w14:paraId="3BA6AD97" w14:textId="77777777" w:rsidR="00572932" w:rsidRDefault="00000000">
      <w:r>
        <w:lastRenderedPageBreak/>
        <w:t>23. 3x² − 15x + 18 = 0</w:t>
      </w:r>
    </w:p>
    <w:p w14:paraId="045E3B46" w14:textId="77777777" w:rsidR="00572932" w:rsidRDefault="00000000">
      <w:r>
        <w:t>24. x² − 5x − 24 = 0</w:t>
      </w:r>
    </w:p>
    <w:p w14:paraId="2E148F7F" w14:textId="77777777" w:rsidR="00572932" w:rsidRDefault="00000000">
      <w:r>
        <w:t>25. 4x² − 25 = 0</w:t>
      </w:r>
    </w:p>
    <w:sectPr w:rsidR="0057293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8143281">
    <w:abstractNumId w:val="8"/>
  </w:num>
  <w:num w:numId="2" w16cid:durableId="2003846589">
    <w:abstractNumId w:val="6"/>
  </w:num>
  <w:num w:numId="3" w16cid:durableId="272058168">
    <w:abstractNumId w:val="5"/>
  </w:num>
  <w:num w:numId="4" w16cid:durableId="92669222">
    <w:abstractNumId w:val="4"/>
  </w:num>
  <w:num w:numId="5" w16cid:durableId="798452805">
    <w:abstractNumId w:val="7"/>
  </w:num>
  <w:num w:numId="6" w16cid:durableId="1633175487">
    <w:abstractNumId w:val="3"/>
  </w:num>
  <w:num w:numId="7" w16cid:durableId="365446950">
    <w:abstractNumId w:val="2"/>
  </w:num>
  <w:num w:numId="8" w16cid:durableId="1079207323">
    <w:abstractNumId w:val="1"/>
  </w:num>
  <w:num w:numId="9" w16cid:durableId="648368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2932"/>
    <w:rsid w:val="007C0338"/>
    <w:rsid w:val="00AA1D8D"/>
    <w:rsid w:val="00B47730"/>
    <w:rsid w:val="00CB0664"/>
    <w:rsid w:val="00F954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E8F54C"/>
  <w14:defaultImageDpi w14:val="300"/>
  <w15:docId w15:val="{1AD0E843-F32F-4A02-B3F9-8430E64CF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Claudio Chávez</cp:lastModifiedBy>
  <cp:revision>2</cp:revision>
  <dcterms:created xsi:type="dcterms:W3CDTF">2013-12-23T23:15:00Z</dcterms:created>
  <dcterms:modified xsi:type="dcterms:W3CDTF">2026-03-13T23:01:00Z</dcterms:modified>
  <cp:category/>
</cp:coreProperties>
</file>